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נפח, גופים ופריסות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נפח של תיבה וקובייה לפי 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פאות, מקצועות וקודקודים של 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פריסה של גוף הנדסי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כמה מקום הגוף תופס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אורך × רוחב × 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צלע × צלע × צלע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סמ״ק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חישוב נפח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צלע × צלע × צלע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לתיבה יש 6 פאות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פריסה היא הגוף פתוח ושטוח על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סמ״ק = סנטימטר מעוקב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לשתיהן 8 קודקודים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(כמה מקום גוף תופס)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(משטח שטוח בגוף)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(קו שבו נפגשות שתי פאות)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(נקודה שבה נפגשים מקצועות)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(הגוף פתוח ושטוח על הדף)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חישוב מודרך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 × 9 × 6 = 216 סמ״ק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 × 8 × 8 = 512 סמ״ק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נפח התיבה: 2×4×8=64 סמ״ק. נפח הקובייה: 4×4×4=64 סמ״ק. הנפח שווה כי המכפלה הסופית זהה, גם אם המידות שונות.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אורך×רוחב×גובה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 פאות, 12 מקצועות, 8 קודקודים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60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עם קוביות ממשיות או קופסאות כדי להמחיש את מושג הנפח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קודם חישובי כפל פשוטים לפני המעבר לתרגילי נפח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נפח, גופים ופריסות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לחשב נפח של תיבה וקובייה, ונכיר מילים חדשות על צורות בחלל.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נפח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מקום גוף תופס, נמדד בסמ״ק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סנטימטר מעוקב - יחידת מידה לנפח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הנדסי עם שישה פאות מלבניות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תיבה מיוחדת שכל הצלעות שלה שוות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משטח שטוח של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מקצוע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שבו נפגשות שתי פאות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שבה נפגשים כמה מקצועות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כשהוא פתוח ושטוח על הדף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נפח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מקום הגוף תופס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פאות יש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אחת הצלעות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הקודקודים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מחשבים נפח 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אורך + רוחב +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אורך × רוחב ×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× 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צלע × צלע × צלע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מחשבים נפח 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צלע × צלע × צלע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צלע × צלע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צלע + צלע + צלע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 × רוחב ×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ליחידת הנפח?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סמ״ק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ק״ג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משטחים יש לקובייה?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ריבועים צריך כדי לבנות קובייה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חישוב נפח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תיבה שמידותיה 3, 4, 5 ס״מ - נפחה הוא __________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קובייה שצלעה 5 ס״מ - נפחה הוא __________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תיבה שמידותיה 2, 6, 10 ס״מ - נפחה הוא __________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קובייה שצלעה 10 ס״מ - נפחה הוא __________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תיבה שמידותיה 7, 2, 3 ס״מ - נפחה הוא __________ סמ״ק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נפח קובייה מחושב על ידי כפל אורך הצלע בעצמה שלוש פעמים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לתיבה יש 8 פאות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פריסה היא הגוף כשהוא סגור ומלא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המדידה לנפח נקראת סמ״ק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לקובייה ולתיבה יש אותו מספר קודקודים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נפח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משטח שטוח בגוף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נקודה שבה נפגשים מקצועות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מקצוע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כמה מקום גוף תופס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קודקוד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הגוף פתוח ושטוח על הדף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 שבו נפגשות שתי פאות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חישוב מודרך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 את נפח התיבה שמידותיה 4, 9 ו-6 ס״מ. הראו את החישוב.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נפח הקובייה שאורך צלעה 8 ס״מ? הראו את החישוב.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לתיבה שמידותיה 2, 4, 8 ס״מ יש אותו נפח כמו לקובייה שצלעה 4 ס״מ.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הנוסחה לנפח 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פאות, מקצועות וקודקודים יש לקובייה?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חשבו: נפח תיבה שמידותיה 2, 5, 6 ס״מ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נפח, גופים ופריסות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